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282828"/>
          <w:sz w:val="30"/>
        </w:rPr>
        <w:t>FORMULIR PENDAFTARAN PESERTA DIDIK BARU</w:t>
        <w:br/>
        <w:t>(PPDB)</w:t>
      </w:r>
    </w:p>
    <w:p>
      <w:pPr>
        <w:jc w:val="center"/>
      </w:pPr>
      <w:r>
        <w:rPr>
          <w:b/>
          <w:sz w:val="24"/>
        </w:rPr>
        <w:t>SD SWASTA NEGERI BUMI</w:t>
      </w:r>
    </w:p>
    <w:p>
      <w:pPr>
        <w:jc w:val="center"/>
      </w:pPr>
      <w:r>
        <w:t>Desa Gilih Suka Negeri, Kecamatan Abung Selatan,</w:t>
        <w:br/>
        <w:t>Kabupaten Lampung Utara, Provinsi Lampung</w:t>
      </w:r>
    </w:p>
    <w:tbl>
      <w:tblPr>
        <w:tblW w:type="auto" w:w="0"/>
        <w:jc w:val="center"/>
        <w:tblLook w:firstColumn="1" w:firstRow="1" w:lastColumn="0" w:lastRow="0" w:noHBand="0" w:noVBand="1" w:val="04A0"/>
      </w:tblPr>
      <w:tblGrid>
        <w:gridCol w:w="9972"/>
      </w:tblGrid>
      <w:tr>
        <w:tc>
          <w:tcPr>
            <w:tcW w:type="dxa" w:w="9972"/>
            <w:shd w:fill="FFF2CC"/>
          </w:tcPr>
          <w:p>
            <w:pPr>
              <w:jc w:val="center"/>
            </w:pPr>
            <w:r>
              <w:rPr>
                <w:b/>
                <w:sz w:val="18"/>
              </w:rPr>
              <w:t>CONTOH DOKUMEN MVP — DRAF UNTUK DEMONSTRASI WEBSITE. Bukan formulir resmi penerimaan peserta didik.</w:t>
            </w:r>
          </w:p>
        </w:tc>
      </w:tr>
    </w:tbl>
    <w:p>
      <w:pPr>
        <w:spacing w:before="140" w:after="60"/>
      </w:pPr>
      <w:r>
        <w:rPr>
          <w:b/>
          <w:color w:val="1F4E79"/>
          <w:sz w:val="22"/>
        </w:rPr>
        <w:t>A. DATA CALON PESERTA DIDIK</w:t>
      </w:r>
    </w:p>
    <w:tbl>
      <w:tblPr>
        <w:tblStyle w:val="TableGrid"/>
        <w:tblW w:type="auto" w:w="0"/>
        <w:jc w:val="center"/>
        <w:tblLook w:firstColumn="1" w:firstRow="1" w:lastColumn="0" w:lastRow="0" w:noHBand="0" w:noVBand="1" w:val="04A0"/>
      </w:tblPr>
      <w:tblGrid>
        <w:gridCol w:w="4986"/>
        <w:gridCol w:w="4986"/>
      </w:tblGrid>
      <w:tr>
        <w:tc>
          <w:tcPr>
            <w:tcW w:type="dxa" w:w="2835"/>
            <w:vAlign w:val="center"/>
          </w:tcPr>
          <w:p>
            <w:pPr>
              <w:spacing w:after="40"/>
            </w:pPr>
            <w:r>
              <w:rPr>
                <w:b/>
                <w:sz w:val="18"/>
              </w:rPr>
              <w:t>Nama lengkap</w:t>
            </w:r>
          </w:p>
        </w:tc>
        <w:tc>
          <w:tcPr>
            <w:tcW w:type="dxa" w:w="6236"/>
            <w:vAlign w:val="center"/>
          </w:tcPr>
          <w:p>
            <w:pPr>
              <w:spacing w:after="40"/>
            </w:pPr>
            <w:r>
              <w:rPr>
                <w:sz w:val="18"/>
              </w:rPr>
              <w:t>................................................................................</w:t>
            </w:r>
          </w:p>
        </w:tc>
      </w:tr>
      <w:tr>
        <w:tc>
          <w:tcPr>
            <w:tcW w:type="dxa" w:w="2835"/>
            <w:vAlign w:val="center"/>
          </w:tcPr>
          <w:p>
            <w:pPr>
              <w:spacing w:after="40"/>
            </w:pPr>
            <w:r>
              <w:rPr>
                <w:b/>
                <w:sz w:val="18"/>
              </w:rPr>
              <w:t>Nama panggilan</w:t>
            </w:r>
          </w:p>
        </w:tc>
        <w:tc>
          <w:tcPr>
            <w:tcW w:type="dxa" w:w="6236"/>
            <w:vAlign w:val="center"/>
          </w:tcPr>
          <w:p>
            <w:pPr>
              <w:spacing w:after="40"/>
            </w:pPr>
            <w:r>
              <w:rPr>
                <w:sz w:val="18"/>
              </w:rPr>
              <w:t>................................................................................</w:t>
            </w:r>
          </w:p>
        </w:tc>
      </w:tr>
      <w:tr>
        <w:tc>
          <w:tcPr>
            <w:tcW w:type="dxa" w:w="2835"/>
            <w:vAlign w:val="center"/>
          </w:tcPr>
          <w:p>
            <w:pPr>
              <w:spacing w:after="40"/>
            </w:pPr>
            <w:r>
              <w:rPr>
                <w:b/>
                <w:sz w:val="18"/>
              </w:rPr>
              <w:t>Tempat, tanggal lahir</w:t>
            </w:r>
          </w:p>
        </w:tc>
        <w:tc>
          <w:tcPr>
            <w:tcW w:type="dxa" w:w="6236"/>
            <w:vAlign w:val="center"/>
          </w:tcPr>
          <w:p>
            <w:pPr>
              <w:spacing w:after="40"/>
            </w:pPr>
            <w:r>
              <w:rPr>
                <w:sz w:val="18"/>
              </w:rPr>
              <w:t>................................................................................</w:t>
            </w:r>
          </w:p>
        </w:tc>
      </w:tr>
      <w:tr>
        <w:tc>
          <w:tcPr>
            <w:tcW w:type="dxa" w:w="2835"/>
            <w:vAlign w:val="center"/>
          </w:tcPr>
          <w:p>
            <w:pPr>
              <w:spacing w:after="40"/>
            </w:pPr>
            <w:r>
              <w:rPr>
                <w:b/>
                <w:sz w:val="18"/>
              </w:rPr>
              <w:t>Jenis kelamin</w:t>
            </w:r>
          </w:p>
        </w:tc>
        <w:tc>
          <w:tcPr>
            <w:tcW w:type="dxa" w:w="6236"/>
            <w:vAlign w:val="center"/>
          </w:tcPr>
          <w:p>
            <w:pPr>
              <w:spacing w:after="40"/>
            </w:pPr>
            <w:r>
              <w:rPr>
                <w:sz w:val="18"/>
              </w:rPr>
              <w:t>☐ Laki-laki     ☐ Perempuan</w:t>
            </w:r>
          </w:p>
        </w:tc>
      </w:tr>
      <w:tr>
        <w:tc>
          <w:tcPr>
            <w:tcW w:type="dxa" w:w="2835"/>
            <w:vAlign w:val="center"/>
          </w:tcPr>
          <w:p>
            <w:pPr>
              <w:spacing w:after="40"/>
            </w:pPr>
            <w:r>
              <w:rPr>
                <w:b/>
                <w:sz w:val="18"/>
              </w:rPr>
              <w:t>NIK (opsional pada draf)</w:t>
            </w:r>
          </w:p>
        </w:tc>
        <w:tc>
          <w:tcPr>
            <w:tcW w:type="dxa" w:w="6236"/>
            <w:vAlign w:val="center"/>
          </w:tcPr>
          <w:p>
            <w:pPr>
              <w:spacing w:after="40"/>
            </w:pPr>
            <w:r>
              <w:rPr>
                <w:sz w:val="18"/>
              </w:rPr>
              <w:t>................................................................................</w:t>
            </w:r>
          </w:p>
        </w:tc>
      </w:tr>
      <w:tr>
        <w:tc>
          <w:tcPr>
            <w:tcW w:type="dxa" w:w="2835"/>
            <w:vAlign w:val="center"/>
          </w:tcPr>
          <w:p>
            <w:pPr>
              <w:spacing w:after="40"/>
            </w:pPr>
            <w:r>
              <w:rPr>
                <w:b/>
                <w:sz w:val="18"/>
              </w:rPr>
              <w:t>Agama</w:t>
            </w:r>
          </w:p>
        </w:tc>
        <w:tc>
          <w:tcPr>
            <w:tcW w:type="dxa" w:w="6236"/>
            <w:vAlign w:val="center"/>
          </w:tcPr>
          <w:p>
            <w:pPr>
              <w:spacing w:after="40"/>
            </w:pPr>
            <w:r>
              <w:rPr>
                <w:sz w:val="18"/>
              </w:rPr>
              <w:t>................................................................................</w:t>
            </w:r>
          </w:p>
        </w:tc>
      </w:tr>
      <w:tr>
        <w:tc>
          <w:tcPr>
            <w:tcW w:type="dxa" w:w="2835"/>
            <w:vAlign w:val="center"/>
          </w:tcPr>
          <w:p>
            <w:pPr>
              <w:spacing w:after="40"/>
            </w:pPr>
            <w:r>
              <w:rPr>
                <w:b/>
                <w:sz w:val="18"/>
              </w:rPr>
              <w:t>Alamat tempat tinggal</w:t>
            </w:r>
          </w:p>
        </w:tc>
        <w:tc>
          <w:tcPr>
            <w:tcW w:type="dxa" w:w="6236"/>
            <w:vAlign w:val="center"/>
          </w:tcPr>
          <w:p>
            <w:pPr>
              <w:spacing w:after="40"/>
            </w:pPr>
            <w:r>
              <w:rPr>
                <w:sz w:val="18"/>
              </w:rPr>
              <w:t>................................................................................</w:t>
              <w:br/>
              <w:t>................................................................................</w:t>
            </w:r>
          </w:p>
        </w:tc>
      </w:tr>
      <w:tr>
        <w:tc>
          <w:tcPr>
            <w:tcW w:type="dxa" w:w="2835"/>
            <w:vAlign w:val="center"/>
          </w:tcPr>
          <w:p>
            <w:pPr>
              <w:spacing w:after="40"/>
            </w:pPr>
            <w:r>
              <w:rPr>
                <w:b/>
                <w:sz w:val="18"/>
              </w:rPr>
              <w:t>Asal TK/PAUD (jika ada)</w:t>
            </w:r>
          </w:p>
        </w:tc>
        <w:tc>
          <w:tcPr>
            <w:tcW w:type="dxa" w:w="6236"/>
            <w:vAlign w:val="center"/>
          </w:tcPr>
          <w:p>
            <w:pPr>
              <w:spacing w:after="40"/>
            </w:pPr>
            <w:r>
              <w:rPr>
                <w:sz w:val="18"/>
              </w:rPr>
              <w:t>................................................................................</w:t>
            </w:r>
          </w:p>
        </w:tc>
      </w:tr>
    </w:tbl>
    <w:p>
      <w:pPr>
        <w:spacing w:before="140" w:after="60"/>
      </w:pPr>
      <w:r>
        <w:rPr>
          <w:b/>
          <w:color w:val="1F4E79"/>
          <w:sz w:val="22"/>
        </w:rPr>
        <w:t>B. DATA ORANG TUA / WALI</w:t>
      </w:r>
    </w:p>
    <w:tbl>
      <w:tblPr>
        <w:tblStyle w:val="TableGrid"/>
        <w:tblW w:type="auto" w:w="0"/>
        <w:jc w:val="center"/>
        <w:tblLook w:firstColumn="1" w:firstRow="1" w:lastColumn="0" w:lastRow="0" w:noHBand="0" w:noVBand="1" w:val="04A0"/>
      </w:tblPr>
      <w:tblGrid>
        <w:gridCol w:w="4986"/>
        <w:gridCol w:w="4986"/>
      </w:tblGrid>
      <w:tr>
        <w:tc>
          <w:tcPr>
            <w:tcW w:type="dxa" w:w="2835"/>
            <w:vAlign w:val="center"/>
          </w:tcPr>
          <w:p>
            <w:pPr>
              <w:spacing w:after="40"/>
            </w:pPr>
            <w:r>
              <w:rPr>
                <w:b/>
                <w:sz w:val="18"/>
              </w:rPr>
              <w:t>Nama ayah</w:t>
            </w:r>
          </w:p>
        </w:tc>
        <w:tc>
          <w:tcPr>
            <w:tcW w:type="dxa" w:w="6236"/>
            <w:vAlign w:val="center"/>
          </w:tcPr>
          <w:p>
            <w:pPr>
              <w:spacing w:after="40"/>
            </w:pPr>
            <w:r>
              <w:rPr>
                <w:sz w:val="18"/>
              </w:rPr>
              <w:t>................................................................................</w:t>
            </w:r>
          </w:p>
        </w:tc>
      </w:tr>
      <w:tr>
        <w:tc>
          <w:tcPr>
            <w:tcW w:type="dxa" w:w="2835"/>
            <w:vAlign w:val="center"/>
          </w:tcPr>
          <w:p>
            <w:pPr>
              <w:spacing w:after="40"/>
            </w:pPr>
            <w:r>
              <w:rPr>
                <w:b/>
                <w:sz w:val="18"/>
              </w:rPr>
              <w:t>Pekerjaan ayah</w:t>
            </w:r>
          </w:p>
        </w:tc>
        <w:tc>
          <w:tcPr>
            <w:tcW w:type="dxa" w:w="6236"/>
            <w:vAlign w:val="center"/>
          </w:tcPr>
          <w:p>
            <w:pPr>
              <w:spacing w:after="40"/>
            </w:pPr>
            <w:r>
              <w:rPr>
                <w:sz w:val="18"/>
              </w:rPr>
              <w:t>................................................................................</w:t>
            </w:r>
          </w:p>
        </w:tc>
      </w:tr>
      <w:tr>
        <w:tc>
          <w:tcPr>
            <w:tcW w:type="dxa" w:w="2835"/>
            <w:vAlign w:val="center"/>
          </w:tcPr>
          <w:p>
            <w:pPr>
              <w:spacing w:after="40"/>
            </w:pPr>
            <w:r>
              <w:rPr>
                <w:b/>
                <w:sz w:val="18"/>
              </w:rPr>
              <w:t>Nama ibu</w:t>
            </w:r>
          </w:p>
        </w:tc>
        <w:tc>
          <w:tcPr>
            <w:tcW w:type="dxa" w:w="6236"/>
            <w:vAlign w:val="center"/>
          </w:tcPr>
          <w:p>
            <w:pPr>
              <w:spacing w:after="40"/>
            </w:pPr>
            <w:r>
              <w:rPr>
                <w:sz w:val="18"/>
              </w:rPr>
              <w:t>................................................................................</w:t>
            </w:r>
          </w:p>
        </w:tc>
      </w:tr>
      <w:tr>
        <w:tc>
          <w:tcPr>
            <w:tcW w:type="dxa" w:w="2835"/>
            <w:vAlign w:val="center"/>
          </w:tcPr>
          <w:p>
            <w:pPr>
              <w:spacing w:after="40"/>
            </w:pPr>
            <w:r>
              <w:rPr>
                <w:b/>
                <w:sz w:val="18"/>
              </w:rPr>
              <w:t>Pekerjaan ibu</w:t>
            </w:r>
          </w:p>
        </w:tc>
        <w:tc>
          <w:tcPr>
            <w:tcW w:type="dxa" w:w="6236"/>
            <w:vAlign w:val="center"/>
          </w:tcPr>
          <w:p>
            <w:pPr>
              <w:spacing w:after="40"/>
            </w:pPr>
            <w:r>
              <w:rPr>
                <w:sz w:val="18"/>
              </w:rPr>
              <w:t>................................................................................</w:t>
            </w:r>
          </w:p>
        </w:tc>
      </w:tr>
      <w:tr>
        <w:tc>
          <w:tcPr>
            <w:tcW w:type="dxa" w:w="2835"/>
            <w:vAlign w:val="center"/>
          </w:tcPr>
          <w:p>
            <w:pPr>
              <w:spacing w:after="40"/>
            </w:pPr>
            <w:r>
              <w:rPr>
                <w:b/>
                <w:sz w:val="18"/>
              </w:rPr>
              <w:t>Nama wali (jika ada)</w:t>
            </w:r>
          </w:p>
        </w:tc>
        <w:tc>
          <w:tcPr>
            <w:tcW w:type="dxa" w:w="6236"/>
            <w:vAlign w:val="center"/>
          </w:tcPr>
          <w:p>
            <w:pPr>
              <w:spacing w:after="40"/>
            </w:pPr>
            <w:r>
              <w:rPr>
                <w:sz w:val="18"/>
              </w:rPr>
              <w:t>................................................................................</w:t>
            </w:r>
          </w:p>
        </w:tc>
      </w:tr>
      <w:tr>
        <w:tc>
          <w:tcPr>
            <w:tcW w:type="dxa" w:w="2835"/>
            <w:vAlign w:val="center"/>
          </w:tcPr>
          <w:p>
            <w:pPr>
              <w:spacing w:after="40"/>
            </w:pPr>
            <w:r>
              <w:rPr>
                <w:b/>
                <w:sz w:val="18"/>
              </w:rPr>
              <w:t>Nomor telepon/WhatsApp</w:t>
            </w:r>
          </w:p>
        </w:tc>
        <w:tc>
          <w:tcPr>
            <w:tcW w:type="dxa" w:w="6236"/>
            <w:vAlign w:val="center"/>
          </w:tcPr>
          <w:p>
            <w:pPr>
              <w:spacing w:after="40"/>
            </w:pPr>
            <w:r>
              <w:rPr>
                <w:sz w:val="18"/>
              </w:rPr>
              <w:t>................................................................................</w:t>
            </w:r>
          </w:p>
        </w:tc>
      </w:tr>
      <w:tr>
        <w:tc>
          <w:tcPr>
            <w:tcW w:type="dxa" w:w="2835"/>
            <w:vAlign w:val="center"/>
          </w:tcPr>
          <w:p>
            <w:pPr>
              <w:spacing w:after="40"/>
            </w:pPr>
            <w:r>
              <w:rPr>
                <w:b/>
                <w:sz w:val="18"/>
              </w:rPr>
              <w:t>Alamat orang tua/wali</w:t>
            </w:r>
          </w:p>
        </w:tc>
        <w:tc>
          <w:tcPr>
            <w:tcW w:type="dxa" w:w="6236"/>
            <w:vAlign w:val="center"/>
          </w:tcPr>
          <w:p>
            <w:pPr>
              <w:spacing w:after="40"/>
            </w:pPr>
            <w:r>
              <w:rPr>
                <w:sz w:val="18"/>
              </w:rPr>
              <w:t>................................................................................</w:t>
            </w:r>
          </w:p>
        </w:tc>
      </w:tr>
    </w:tbl>
    <w:p>
      <w:pPr>
        <w:spacing w:before="140" w:after="60"/>
      </w:pPr>
      <w:r>
        <w:rPr>
          <w:b/>
          <w:color w:val="1F4E79"/>
          <w:sz w:val="22"/>
        </w:rPr>
        <w:t>C. BERKAS PENDUKUNG</w:t>
      </w:r>
    </w:p>
    <w:p>
      <w:r>
        <w:t>Beri tanda centang pada berkas yang disiapkan. Persyaratan final mengikuti pengumuman resmi sekolah.</w:t>
      </w:r>
    </w:p>
    <w:p>
      <w:r>
        <w:t>☐ Fotokopi akta kelahiran</w:t>
      </w:r>
    </w:p>
    <w:p>
      <w:r>
        <w:t>☐ Fotokopi kartu keluarga</w:t>
      </w:r>
    </w:p>
    <w:p>
      <w:r>
        <w:t>☐ Pas foto calon peserta didik (jika diminta)</w:t>
      </w:r>
    </w:p>
    <w:p>
      <w:r>
        <w:t>☐ Dokumen pendukung lainnya sesuai ketentuan sekolah</w:t>
      </w:r>
    </w:p>
    <w:p>
      <w:pPr>
        <w:spacing w:before="140" w:after="60"/>
      </w:pPr>
      <w:r>
        <w:rPr>
          <w:b/>
          <w:color w:val="1F4E79"/>
          <w:sz w:val="22"/>
        </w:rPr>
        <w:t>D. PERNYATAAN ORANG TUA / WALI</w:t>
      </w:r>
    </w:p>
    <w:p>
      <w:r>
        <w:t>Saya menyatakan bahwa data yang diisi pada formulir ini benar sesuai keadaan sebenarnya. Saya bersedia melengkapi dokumen yang diperlukan sesuai ketentuan sekolah.</w:t>
      </w:r>
    </w:p>
    <w:p>
      <w:pPr>
        <w:jc w:val="right"/>
      </w:pPr>
      <w:r>
        <w:t>............................, ......................... 20....</w:t>
        <w:br/>
        <w:t>Orang Tua / Wali Calon Peserta Didik</w:t>
        <w:br/>
        <w:br/>
        <w:br/>
      </w:r>
      <w:r>
        <w:rPr>
          <w:b/>
        </w:rPr>
        <w:t>(........................................................)</w:t>
      </w:r>
    </w:p>
    <w:p>
      <w:pPr>
        <w:spacing w:before="140" w:after="60"/>
      </w:pPr>
      <w:r>
        <w:rPr>
          <w:b/>
          <w:color w:val="1F4E79"/>
          <w:sz w:val="22"/>
        </w:rPr>
        <w:t>CATATAN UNTUK PENGGUNA</w:t>
      </w:r>
    </w:p>
    <w:p>
      <w:r>
        <w:t>Dokumen ini dibuat sebagai contoh untuk pengujian fitur Unduh Berkas pada website sekolah. Sebelum digunakan untuk pendaftaran sebenarnya, pihak sekolah perlu memeriksa nama resmi sekolah, persyaratan, periode pendaftaran, kontak, serta ketentuan penerimaan yang berlaku.</w:t>
      </w:r>
    </w:p>
    <w:sectPr w:rsidR="00FC693F" w:rsidRPr="0006063C" w:rsidSect="00034616">
      <w:footerReference w:type="default" r:id="rId9"/>
      <w:pgSz w:w="12240" w:h="15840"/>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i/>
        <w:color w:val="646464"/>
        <w:sz w:val="16"/>
      </w:rPr>
      <w:t>Contoh dokumen MVP website sekolah • Belum untuk penggunaan resmi</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