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F4E79"/>
          <w:sz w:val="28"/>
        </w:rPr>
        <w:t>FORMULIR IZIN TIDAK MASUK SEKOLAH</w:t>
      </w:r>
    </w:p>
    <w:p>
      <w:pPr>
        <w:jc w:val="center"/>
      </w:pPr>
      <w:r>
        <w:rPr>
          <w:b/>
          <w:sz w:val="24"/>
        </w:rPr>
        <w:t>SD SWASTA NEGERI BUMI</w:t>
      </w:r>
    </w:p>
    <w:p>
      <w:pPr>
        <w:jc w:val="center"/>
      </w:pPr>
      <w:r>
        <w:t>Desa Gilih Suka Negeri, Kecamatan Abung Selatan,</w:t>
        <w:br/>
        <w:t>Kabupaten Lampung Utara, Provinsi Lampung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972"/>
      </w:tblGrid>
      <w:tr>
        <w:tc>
          <w:tcPr>
            <w:tcW w:type="dxa" w:w="9972"/>
            <w:shd w:fill="FFF2CC"/>
          </w:tcPr>
          <w:p>
            <w:pPr>
              <w:jc w:val="center"/>
            </w:pPr>
            <w:r>
              <w:rPr>
                <w:b/>
                <w:sz w:val="18"/>
              </w:rPr>
              <w:t>CONTOH DOKUMEN MVP — draf untuk demonstrasi fitur Unduh Berkas, bukan formulir resmi sekolah.</w:t>
            </w:r>
          </w:p>
        </w:tc>
      </w:tr>
    </w:tbl>
    <w:p>
      <w:pPr>
        <w:jc w:val="right"/>
      </w:pPr>
      <w:r>
        <w:t>............................, ........................ 20....</w:t>
      </w:r>
    </w:p>
    <w:p>
      <w:r>
        <w:t>Kepada Yth.</w:t>
        <w:br/>
        <w:t>Bapak/Ibu Wali Kelas</w:t>
        <w:br/>
        <w:t>SD Swasta Negeri Bumi</w:t>
        <w:br/>
        <w:t>Di tempat</w:t>
      </w:r>
    </w:p>
    <w:p>
      <w:r>
        <w:t>Dengan hormat,</w:t>
        <w:br/>
        <w:t>Saya selaku orang tua/wali dari peserta didik berikut mengajukan izin tidak masuk sekolah:</w:t>
      </w:r>
    </w:p>
    <w:p>
      <w:pPr>
        <w:ind w:left="113"/>
      </w:pPr>
      <w:r>
        <w:rPr>
          <w:b/>
        </w:rPr>
        <w:t xml:space="preserve">Nama peserta didik : </w:t>
      </w:r>
      <w:r>
        <w:t>................................................................................</w:t>
      </w:r>
    </w:p>
    <w:p>
      <w:pPr>
        <w:ind w:left="113"/>
      </w:pPr>
      <w:r>
        <w:rPr>
          <w:b/>
        </w:rPr>
        <w:t xml:space="preserve">Kelas : </w:t>
      </w:r>
      <w:r>
        <w:t>................................................................................</w:t>
      </w:r>
    </w:p>
    <w:p>
      <w:pPr>
        <w:ind w:left="113"/>
      </w:pPr>
      <w:r>
        <w:rPr>
          <w:b/>
        </w:rPr>
        <w:t xml:space="preserve">Nama orang tua/wali : </w:t>
      </w:r>
      <w:r>
        <w:t>................................................................................</w:t>
      </w:r>
    </w:p>
    <w:p>
      <w:pPr>
        <w:ind w:left="113"/>
      </w:pPr>
      <w:r>
        <w:rPr>
          <w:b/>
        </w:rPr>
        <w:t xml:space="preserve">Nomor telepon yang dapat dihubungi : </w:t>
      </w:r>
      <w:r>
        <w:t>................................................................................</w:t>
      </w:r>
    </w:p>
    <w:p>
      <w:r>
        <w:rPr>
          <w:b/>
        </w:rPr>
        <w:t>Jenis izin</w:t>
      </w:r>
    </w:p>
    <w:p>
      <w:r>
        <w:t>☐ Sakit</w:t>
        <w:br/>
        <w:t>☐ Keperluan keluarga</w:t>
        <w:br/>
        <w:t>☐ Keperluan penting lainnya</w:t>
      </w:r>
    </w:p>
    <w:p>
      <w:pPr>
        <w:ind w:left="113"/>
      </w:pPr>
      <w:r>
        <w:rPr>
          <w:b/>
        </w:rPr>
        <w:t xml:space="preserve">Tanggal izin : </w:t>
      </w:r>
      <w:r>
        <w:t>Mulai ......................... sampai dengan .........................</w:t>
      </w:r>
    </w:p>
    <w:p>
      <w:r>
        <w:rPr>
          <w:b/>
        </w:rPr>
        <w:t>Alasan/keterangan</w:t>
      </w:r>
    </w:p>
    <w:p>
      <w:r>
        <w:t>................................................................................................................</w:t>
        <w:br/>
        <w:t>................................................................................................................</w:t>
        <w:br/>
        <w:t>................................................................................................................</w:t>
      </w:r>
    </w:p>
    <w:p>
      <w:r>
        <w:t>Demikian permohonan izin ini saya sampaikan. Atas perhatian dan kebijaksanaan Bapak/Ibu, saya ucapkan terima kasih.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vAlign w:val="center"/>
          </w:tcPr>
          <w:p>
            <w:pPr>
              <w:spacing w:after="60"/>
            </w:pPr>
            <w:r>
              <w:rPr>
                <w:sz w:val="18"/>
              </w:rPr>
              <w:t>Mengetahui,</w:t>
              <w:br/>
              <w:t>Wali Kelas</w:t>
              <w:br/>
              <w:br/>
              <w:br/>
              <w:br/>
              <w:t>(........................................)</w:t>
            </w:r>
          </w:p>
        </w:tc>
        <w:tc>
          <w:tcPr>
            <w:tcW w:type="dxa" w:w="4986"/>
            <w:vAlign w:val="center"/>
          </w:tcPr>
          <w:p>
            <w:pPr>
              <w:spacing w:after="60"/>
            </w:pPr>
            <w:r>
              <w:rPr>
                <w:sz w:val="18"/>
              </w:rPr>
              <w:t>Hormat saya,</w:t>
              <w:br/>
              <w:t>Orang Tua / Wali</w:t>
              <w:br/>
              <w:br/>
              <w:br/>
              <w:br/>
              <w:t>(........................................)</w:t>
            </w:r>
          </w:p>
        </w:tc>
      </w:tr>
    </w:tbl>
    <w:p>
      <w:pPr>
        <w:spacing w:before="160"/>
      </w:pPr>
      <w:r>
        <w:rPr>
          <w:b/>
        </w:rPr>
        <w:t xml:space="preserve">Catatan: </w:t>
      </w:r>
      <w:r>
        <w:t>Formulir ini merupakan contoh untuk MVP. Sekolah dapat menyesuaikan alur persetujuan, format, nama resmi, dan ketentuan izin sebelum digunakan secara resmi.</w:t>
      </w:r>
    </w:p>
    <w:sectPr w:rsidR="00FC693F" w:rsidRPr="0006063C" w:rsidSect="00034616">
      <w:footerReference w:type="default" r:id="rId9"/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i/>
        <w:color w:val="646464"/>
        <w:sz w:val="16"/>
      </w:rPr>
      <w:t>Contoh dokumen MVP website sekolah • Belum untuk penggunaan resmi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